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F1A3A" w14:textId="77777777" w:rsidR="00DD4CC1" w:rsidRDefault="00000000">
      <w:pPr>
        <w:spacing w:after="20"/>
        <w:jc w:val="center"/>
      </w:pPr>
      <w:r>
        <w:rPr>
          <w:b/>
          <w:color w:val="17365D"/>
          <w:sz w:val="26"/>
        </w:rPr>
        <w:t>OPINIA O FUNKCJONOWANIU UCZNIA/UCZENNICY</w:t>
      </w:r>
    </w:p>
    <w:p w14:paraId="54AE0620" w14:textId="77777777" w:rsidR="00DD4CC1" w:rsidRDefault="00000000">
      <w:pPr>
        <w:spacing w:after="60"/>
        <w:jc w:val="center"/>
      </w:pPr>
      <w:r>
        <w:rPr>
          <w:color w:val="17365D"/>
        </w:rPr>
        <w:t>Formularz przeznaczony wyłącznie dla nauczycieli i nauczycieli specjalistów sporządzających opinię.</w:t>
      </w:r>
    </w:p>
    <w:tbl>
      <w:tblPr>
        <w:tblW w:w="0" w:type="auto"/>
        <w:jc w:val="center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  <w:tblLayout w:type="fixed"/>
        <w:tblLook w:val="04A0" w:firstRow="1" w:lastRow="0" w:firstColumn="1" w:lastColumn="0" w:noHBand="0" w:noVBand="1"/>
      </w:tblPr>
      <w:tblGrid>
        <w:gridCol w:w="1944"/>
        <w:gridCol w:w="4968"/>
        <w:gridCol w:w="4320"/>
      </w:tblGrid>
      <w:tr w:rsidR="00DD4CC1" w14:paraId="62A1A2B6" w14:textId="77777777">
        <w:trPr>
          <w:jc w:val="center"/>
        </w:trPr>
        <w:tc>
          <w:tcPr>
            <w:tcW w:w="1944" w:type="dxa"/>
            <w:shd w:val="clear" w:color="auto" w:fill="D9EAF7"/>
            <w:vAlign w:val="center"/>
          </w:tcPr>
          <w:p w14:paraId="332DD88F" w14:textId="77777777" w:rsidR="00DD4CC1" w:rsidRDefault="00000000">
            <w:pPr>
              <w:spacing w:after="0" w:line="216" w:lineRule="auto"/>
            </w:pPr>
            <w:r>
              <w:rPr>
                <w:b/>
                <w:color w:val="17365D"/>
                <w:sz w:val="16"/>
              </w:rPr>
              <w:t>I. Data wydania opinii</w:t>
            </w:r>
          </w:p>
        </w:tc>
        <w:tc>
          <w:tcPr>
            <w:tcW w:w="4968" w:type="dxa"/>
            <w:shd w:val="clear" w:color="auto" w:fill="D9EAF7"/>
            <w:vAlign w:val="center"/>
          </w:tcPr>
          <w:p w14:paraId="00D9C51D" w14:textId="77777777" w:rsidR="00DD4CC1" w:rsidRDefault="00000000">
            <w:pPr>
              <w:spacing w:after="0" w:line="216" w:lineRule="auto"/>
            </w:pPr>
            <w:r>
              <w:rPr>
                <w:b/>
                <w:color w:val="17365D"/>
                <w:sz w:val="16"/>
              </w:rPr>
              <w:t>II. Dane ucznia/uczennicy</w:t>
            </w:r>
          </w:p>
        </w:tc>
        <w:tc>
          <w:tcPr>
            <w:tcW w:w="4320" w:type="dxa"/>
            <w:shd w:val="clear" w:color="auto" w:fill="D9EAF7"/>
            <w:vAlign w:val="center"/>
          </w:tcPr>
          <w:p w14:paraId="3D6B90DF" w14:textId="77777777" w:rsidR="00DD4CC1" w:rsidRDefault="00000000">
            <w:pPr>
              <w:spacing w:after="0" w:line="216" w:lineRule="auto"/>
            </w:pPr>
            <w:r>
              <w:rPr>
                <w:b/>
                <w:color w:val="17365D"/>
                <w:sz w:val="16"/>
              </w:rPr>
              <w:t>III. Dane placówki/szkoły</w:t>
            </w:r>
          </w:p>
        </w:tc>
      </w:tr>
      <w:tr w:rsidR="00DD4CC1" w14:paraId="74648B96" w14:textId="77777777">
        <w:trPr>
          <w:jc w:val="center"/>
        </w:trPr>
        <w:tc>
          <w:tcPr>
            <w:tcW w:w="1944" w:type="dxa"/>
          </w:tcPr>
          <w:p w14:paraId="6DEC1467" w14:textId="77777777" w:rsidR="00DD4CC1" w:rsidRDefault="00DD4CC1">
            <w:pPr>
              <w:spacing w:after="0" w:line="216" w:lineRule="auto"/>
            </w:pPr>
          </w:p>
        </w:tc>
        <w:tc>
          <w:tcPr>
            <w:tcW w:w="4968" w:type="dxa"/>
            <w:tcMar>
              <w:top w:w="25" w:type="dxa"/>
              <w:left w:w="30" w:type="dxa"/>
              <w:bottom w:w="25" w:type="dxa"/>
              <w:right w:w="30" w:type="dxa"/>
            </w:tcMar>
          </w:tcPr>
          <w:p w14:paraId="14D7B007" w14:textId="77777777" w:rsidR="00DD4CC1" w:rsidRDefault="00DD4CC1"/>
          <w:tbl>
            <w:tblPr>
              <w:tblW w:w="0" w:type="auto"/>
              <w:tblBorders>
                <w:top w:val="single" w:sz="4" w:space="0" w:color="AAB8C6"/>
                <w:left w:val="single" w:sz="4" w:space="0" w:color="AAB8C6"/>
                <w:bottom w:val="single" w:sz="4" w:space="0" w:color="AAB8C6"/>
                <w:right w:val="single" w:sz="4" w:space="0" w:color="AAB8C6"/>
                <w:insideH w:val="single" w:sz="4" w:space="0" w:color="AAB8C6"/>
                <w:insideV w:val="single" w:sz="4" w:space="0" w:color="AAB8C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1296"/>
              <w:gridCol w:w="1296"/>
              <w:gridCol w:w="1080"/>
            </w:tblGrid>
            <w:tr w:rsidR="00DD4CC1" w14:paraId="797C4F0F" w14:textId="77777777" w:rsidTr="004D37BF">
              <w:trPr>
                <w:trHeight w:val="50"/>
              </w:trPr>
              <w:tc>
                <w:tcPr>
                  <w:tcW w:w="2088" w:type="dxa"/>
                </w:tcPr>
                <w:p w14:paraId="3188B2B8" w14:textId="77777777" w:rsidR="00DD4CC1" w:rsidRDefault="00000000">
                  <w:pPr>
                    <w:spacing w:after="0" w:line="216" w:lineRule="auto"/>
                    <w:jc w:val="center"/>
                  </w:pPr>
                  <w:r>
                    <w:rPr>
                      <w:b/>
                      <w:color w:val="000000"/>
                      <w:sz w:val="12"/>
                    </w:rPr>
                    <w:t>Imię i nazwisko</w:t>
                  </w:r>
                </w:p>
              </w:tc>
              <w:tc>
                <w:tcPr>
                  <w:tcW w:w="1296" w:type="dxa"/>
                </w:tcPr>
                <w:p w14:paraId="643CFCD5" w14:textId="77777777" w:rsidR="00DD4CC1" w:rsidRDefault="00000000">
                  <w:pPr>
                    <w:spacing w:after="0" w:line="216" w:lineRule="auto"/>
                    <w:jc w:val="center"/>
                  </w:pPr>
                  <w:r>
                    <w:rPr>
                      <w:b/>
                      <w:color w:val="000000"/>
                      <w:sz w:val="12"/>
                    </w:rPr>
                    <w:t>Data urodzenia</w:t>
                  </w:r>
                </w:p>
              </w:tc>
              <w:tc>
                <w:tcPr>
                  <w:tcW w:w="1296" w:type="dxa"/>
                </w:tcPr>
                <w:p w14:paraId="12BC55DE" w14:textId="77777777" w:rsidR="00DD4CC1" w:rsidRDefault="00000000">
                  <w:pPr>
                    <w:spacing w:after="0" w:line="216" w:lineRule="auto"/>
                    <w:jc w:val="center"/>
                  </w:pPr>
                  <w:r>
                    <w:rPr>
                      <w:b/>
                      <w:color w:val="000000"/>
                      <w:sz w:val="12"/>
                    </w:rPr>
                    <w:t>PESEL</w:t>
                  </w:r>
                </w:p>
              </w:tc>
              <w:tc>
                <w:tcPr>
                  <w:tcW w:w="1080" w:type="dxa"/>
                </w:tcPr>
                <w:p w14:paraId="5E36DAFF" w14:textId="77777777" w:rsidR="00DD4CC1" w:rsidRDefault="00000000">
                  <w:pPr>
                    <w:spacing w:after="0" w:line="216" w:lineRule="auto"/>
                    <w:jc w:val="center"/>
                  </w:pPr>
                  <w:r>
                    <w:rPr>
                      <w:b/>
                      <w:color w:val="000000"/>
                      <w:sz w:val="12"/>
                    </w:rPr>
                    <w:t>Klasa</w:t>
                  </w:r>
                </w:p>
              </w:tc>
            </w:tr>
            <w:tr w:rsidR="00DD4CC1" w14:paraId="48D7A0B6" w14:textId="77777777">
              <w:tc>
                <w:tcPr>
                  <w:tcW w:w="2088" w:type="dxa"/>
                </w:tcPr>
                <w:p w14:paraId="30F1FE44" w14:textId="77777777" w:rsidR="00DD4CC1" w:rsidRDefault="00DD4CC1">
                  <w:pPr>
                    <w:spacing w:after="0" w:line="216" w:lineRule="auto"/>
                  </w:pPr>
                </w:p>
              </w:tc>
              <w:tc>
                <w:tcPr>
                  <w:tcW w:w="1296" w:type="dxa"/>
                </w:tcPr>
                <w:p w14:paraId="4EB44E72" w14:textId="77777777" w:rsidR="00DD4CC1" w:rsidRDefault="00DD4CC1">
                  <w:pPr>
                    <w:spacing w:after="0" w:line="216" w:lineRule="auto"/>
                  </w:pPr>
                </w:p>
              </w:tc>
              <w:tc>
                <w:tcPr>
                  <w:tcW w:w="1296" w:type="dxa"/>
                </w:tcPr>
                <w:p w14:paraId="763239C9" w14:textId="77777777" w:rsidR="00DD4CC1" w:rsidRDefault="00DD4CC1">
                  <w:pPr>
                    <w:spacing w:after="0" w:line="216" w:lineRule="auto"/>
                  </w:pPr>
                </w:p>
              </w:tc>
              <w:tc>
                <w:tcPr>
                  <w:tcW w:w="1080" w:type="dxa"/>
                </w:tcPr>
                <w:p w14:paraId="7FDFD412" w14:textId="77777777" w:rsidR="00DD4CC1" w:rsidRDefault="00DD4CC1">
                  <w:pPr>
                    <w:spacing w:after="0" w:line="216" w:lineRule="auto"/>
                  </w:pPr>
                </w:p>
              </w:tc>
            </w:tr>
          </w:tbl>
          <w:p w14:paraId="133D4ECC" w14:textId="77777777" w:rsidR="00DD4CC1" w:rsidRDefault="00DD4CC1"/>
        </w:tc>
        <w:tc>
          <w:tcPr>
            <w:tcW w:w="4320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32049212" w14:textId="77777777" w:rsidR="00DD4CC1" w:rsidRDefault="00000000">
            <w:pPr>
              <w:spacing w:after="0" w:line="216" w:lineRule="auto"/>
            </w:pPr>
            <w:r>
              <w:rPr>
                <w:b/>
                <w:color w:val="000000"/>
                <w:sz w:val="13"/>
              </w:rPr>
              <w:t>Pełna nazwa placówki/szkoły</w:t>
            </w:r>
            <w:r>
              <w:rPr>
                <w:color w:val="000000"/>
                <w:sz w:val="13"/>
              </w:rPr>
              <w:t>Adres   ________________________________</w:t>
            </w:r>
          </w:p>
        </w:tc>
      </w:tr>
    </w:tbl>
    <w:p w14:paraId="504BEB88" w14:textId="77777777" w:rsidR="00DD4CC1" w:rsidRDefault="00DD4CC1">
      <w:pPr>
        <w:spacing w:after="0"/>
      </w:pPr>
    </w:p>
    <w:tbl>
      <w:tblPr>
        <w:tblW w:w="0" w:type="auto"/>
        <w:jc w:val="center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  <w:tblLayout w:type="fixed"/>
        <w:tblLook w:val="04A0" w:firstRow="1" w:lastRow="0" w:firstColumn="1" w:lastColumn="0" w:noHBand="0" w:noVBand="1"/>
      </w:tblPr>
      <w:tblGrid>
        <w:gridCol w:w="11103"/>
      </w:tblGrid>
      <w:tr w:rsidR="00DD4CC1" w14:paraId="54AB9609" w14:textId="77777777">
        <w:trPr>
          <w:jc w:val="center"/>
        </w:trPr>
        <w:tc>
          <w:tcPr>
            <w:tcW w:w="11103" w:type="dxa"/>
            <w:shd w:val="clear" w:color="auto" w:fill="D9EA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B97ABEF" w14:textId="77777777" w:rsidR="00DD4CC1" w:rsidRDefault="00000000">
            <w:pPr>
              <w:spacing w:after="0" w:line="216" w:lineRule="auto"/>
            </w:pPr>
            <w:r>
              <w:rPr>
                <w:b/>
                <w:color w:val="17365D"/>
                <w:sz w:val="16"/>
              </w:rPr>
              <w:t>IV. Opinia sporządzona na prośbę/wniosek</w:t>
            </w:r>
          </w:p>
        </w:tc>
      </w:tr>
    </w:tbl>
    <w:p w14:paraId="55A7C989" w14:textId="77777777" w:rsidR="00DD4CC1" w:rsidRDefault="00DD4CC1">
      <w:pPr>
        <w:spacing w:after="0"/>
      </w:pPr>
    </w:p>
    <w:tbl>
      <w:tblPr>
        <w:tblW w:w="0" w:type="auto"/>
        <w:jc w:val="center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  <w:tblLayout w:type="fixed"/>
        <w:tblLook w:val="04A0" w:firstRow="1" w:lastRow="0" w:firstColumn="1" w:lastColumn="0" w:noHBand="0" w:noVBand="1"/>
      </w:tblPr>
      <w:tblGrid>
        <w:gridCol w:w="4031"/>
        <w:gridCol w:w="3168"/>
        <w:gridCol w:w="4031"/>
      </w:tblGrid>
      <w:tr w:rsidR="00DD4CC1" w14:paraId="48D06CDA" w14:textId="77777777">
        <w:trPr>
          <w:jc w:val="center"/>
        </w:trPr>
        <w:tc>
          <w:tcPr>
            <w:tcW w:w="4031" w:type="dxa"/>
          </w:tcPr>
          <w:p w14:paraId="20EB66B0" w14:textId="77777777" w:rsidR="00DD4CC1" w:rsidRDefault="00000000">
            <w:pPr>
              <w:spacing w:after="0" w:line="216" w:lineRule="auto"/>
            </w:pPr>
            <w:r>
              <w:rPr>
                <w:color w:val="000000"/>
                <w:sz w:val="13"/>
              </w:rPr>
              <w:t>☐  przewodniczącego zespołu orzekającego</w:t>
            </w:r>
          </w:p>
        </w:tc>
        <w:tc>
          <w:tcPr>
            <w:tcW w:w="3168" w:type="dxa"/>
          </w:tcPr>
          <w:p w14:paraId="01CF2038" w14:textId="77777777" w:rsidR="00DD4CC1" w:rsidRDefault="00000000">
            <w:pPr>
              <w:spacing w:after="0" w:line="216" w:lineRule="auto"/>
            </w:pPr>
            <w:r>
              <w:rPr>
                <w:color w:val="000000"/>
                <w:sz w:val="13"/>
              </w:rPr>
              <w:t>☐  pełnoletniego ucznia</w:t>
            </w:r>
          </w:p>
        </w:tc>
        <w:tc>
          <w:tcPr>
            <w:tcW w:w="4031" w:type="dxa"/>
          </w:tcPr>
          <w:p w14:paraId="0213B341" w14:textId="77777777" w:rsidR="00DD4CC1" w:rsidRDefault="00000000">
            <w:pPr>
              <w:spacing w:after="0" w:line="216" w:lineRule="auto"/>
            </w:pPr>
            <w:r>
              <w:rPr>
                <w:color w:val="000000"/>
                <w:sz w:val="13"/>
              </w:rPr>
              <w:t>☐  rodzica/opiekuna prawnego</w:t>
            </w:r>
          </w:p>
        </w:tc>
      </w:tr>
    </w:tbl>
    <w:p w14:paraId="7EECC66C" w14:textId="77777777" w:rsidR="00DD4CC1" w:rsidRDefault="00DD4CC1">
      <w:pPr>
        <w:spacing w:after="0"/>
      </w:pPr>
    </w:p>
    <w:tbl>
      <w:tblPr>
        <w:tblW w:w="0" w:type="auto"/>
        <w:jc w:val="center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  <w:tblLayout w:type="fixed"/>
        <w:tblLook w:val="04A0" w:firstRow="1" w:lastRow="0" w:firstColumn="1" w:lastColumn="0" w:noHBand="0" w:noVBand="1"/>
      </w:tblPr>
      <w:tblGrid>
        <w:gridCol w:w="11103"/>
      </w:tblGrid>
      <w:tr w:rsidR="00DD4CC1" w14:paraId="77DB9979" w14:textId="77777777">
        <w:trPr>
          <w:jc w:val="center"/>
        </w:trPr>
        <w:tc>
          <w:tcPr>
            <w:tcW w:w="11103" w:type="dxa"/>
            <w:shd w:val="clear" w:color="auto" w:fill="D9EA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C85109F" w14:textId="77777777" w:rsidR="00DD4CC1" w:rsidRDefault="00000000">
            <w:pPr>
              <w:spacing w:after="0" w:line="216" w:lineRule="auto"/>
            </w:pPr>
            <w:r>
              <w:rPr>
                <w:b/>
                <w:color w:val="17365D"/>
                <w:sz w:val="16"/>
              </w:rPr>
              <w:t>V. Źródła informacji wykorzystane do sporządzenia opinii</w:t>
            </w:r>
          </w:p>
        </w:tc>
      </w:tr>
    </w:tbl>
    <w:p w14:paraId="3E9B9E82" w14:textId="77777777" w:rsidR="00DD4CC1" w:rsidRDefault="00DD4CC1">
      <w:pPr>
        <w:spacing w:after="0"/>
      </w:pPr>
    </w:p>
    <w:tbl>
      <w:tblPr>
        <w:tblW w:w="0" w:type="auto"/>
        <w:jc w:val="center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  <w:tblLayout w:type="fixed"/>
        <w:tblLook w:val="04A0" w:firstRow="1" w:lastRow="0" w:firstColumn="1" w:lastColumn="0" w:noHBand="0" w:noVBand="1"/>
      </w:tblPr>
      <w:tblGrid>
        <w:gridCol w:w="6120"/>
        <w:gridCol w:w="5112"/>
      </w:tblGrid>
      <w:tr w:rsidR="00DD4CC1" w14:paraId="5CBABB78" w14:textId="77777777">
        <w:trPr>
          <w:jc w:val="center"/>
        </w:trPr>
        <w:tc>
          <w:tcPr>
            <w:tcW w:w="612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31CBC43" w14:textId="77777777" w:rsidR="00DD4CC1" w:rsidRDefault="00000000">
            <w:pPr>
              <w:spacing w:after="0" w:line="216" w:lineRule="auto"/>
            </w:pPr>
            <w:r>
              <w:rPr>
                <w:b/>
                <w:color w:val="000000"/>
              </w:rPr>
              <w:t>Informacje uzyskane od:</w:t>
            </w:r>
          </w:p>
          <w:p w14:paraId="306F4AC8" w14:textId="77777777" w:rsidR="00DD4CC1" w:rsidRDefault="00000000">
            <w:pPr>
              <w:spacing w:after="0"/>
            </w:pPr>
            <w:r>
              <w:rPr>
                <w:sz w:val="12"/>
              </w:rPr>
              <w:t>☐  nauczycieli      ☐  logopedy</w:t>
            </w:r>
          </w:p>
          <w:p w14:paraId="3894989F" w14:textId="77777777" w:rsidR="00DD4CC1" w:rsidRDefault="00000000">
            <w:pPr>
              <w:spacing w:after="0"/>
            </w:pPr>
            <w:r>
              <w:rPr>
                <w:sz w:val="12"/>
              </w:rPr>
              <w:t>☐  nauczyciela współorganizującego kształcenie      ☐  terapeuty pedagogicznego</w:t>
            </w:r>
          </w:p>
          <w:p w14:paraId="37AFEDEB" w14:textId="77777777" w:rsidR="00DD4CC1" w:rsidRDefault="00000000">
            <w:pPr>
              <w:spacing w:after="0"/>
            </w:pPr>
            <w:r>
              <w:rPr>
                <w:sz w:val="12"/>
              </w:rPr>
              <w:t>☐  pomocy nauczyciela      ☐  innego terapeuty</w:t>
            </w:r>
          </w:p>
          <w:p w14:paraId="73472842" w14:textId="77777777" w:rsidR="00DD4CC1" w:rsidRDefault="00000000">
            <w:pPr>
              <w:spacing w:after="0"/>
            </w:pPr>
            <w:r>
              <w:rPr>
                <w:sz w:val="12"/>
              </w:rPr>
              <w:t>☐  pedagoga      ☐  innego specjalisty</w:t>
            </w:r>
          </w:p>
          <w:p w14:paraId="0BE06EA8" w14:textId="77777777" w:rsidR="00DD4CC1" w:rsidRDefault="00000000">
            <w:pPr>
              <w:spacing w:after="0"/>
            </w:pPr>
            <w:r>
              <w:rPr>
                <w:sz w:val="12"/>
              </w:rPr>
              <w:t>☐  pedagoga specjalnego      ☐  ucznia/uczennicy</w:t>
            </w:r>
          </w:p>
          <w:p w14:paraId="3C01CE1E" w14:textId="77777777" w:rsidR="00DD4CC1" w:rsidRDefault="00000000">
            <w:pPr>
              <w:spacing w:after="0"/>
            </w:pPr>
            <w:r>
              <w:rPr>
                <w:sz w:val="12"/>
              </w:rPr>
              <w:t>☐  psychologa      ☐  rodziców/opiekunów prawnych</w:t>
            </w:r>
          </w:p>
          <w:p w14:paraId="2C4D1962" w14:textId="77777777" w:rsidR="00DD4CC1" w:rsidRDefault="00000000">
            <w:pPr>
              <w:spacing w:after="0"/>
            </w:pPr>
            <w:r>
              <w:rPr>
                <w:sz w:val="12"/>
              </w:rPr>
              <w:t xml:space="preserve">      ☐  innych osób (jakich)?</w:t>
            </w:r>
          </w:p>
        </w:tc>
        <w:tc>
          <w:tcPr>
            <w:tcW w:w="511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4D39F31" w14:textId="77777777" w:rsidR="00DD4CC1" w:rsidRDefault="00000000">
            <w:pPr>
              <w:spacing w:after="0" w:line="216" w:lineRule="auto"/>
            </w:pPr>
            <w:r>
              <w:rPr>
                <w:b/>
                <w:color w:val="000000"/>
                <w:sz w:val="13"/>
              </w:rPr>
              <w:t>Dokumenty i materiały wykorzystane do sporządzenia opinii:</w:t>
            </w:r>
          </w:p>
          <w:p w14:paraId="658EE56D" w14:textId="77777777" w:rsidR="00DD4CC1" w:rsidRDefault="00000000">
            <w:pPr>
              <w:spacing w:after="0"/>
            </w:pPr>
            <w:r>
              <w:rPr>
                <w:sz w:val="11"/>
              </w:rPr>
              <w:t>☐  Kwestionariusz Szkolnej Oceny Funkcjonalnej (KSzOF)</w:t>
            </w:r>
          </w:p>
          <w:p w14:paraId="36048381" w14:textId="77777777" w:rsidR="00DD4CC1" w:rsidRDefault="00000000">
            <w:pPr>
              <w:spacing w:after="0"/>
            </w:pPr>
            <w:r>
              <w:rPr>
                <w:sz w:val="11"/>
              </w:rPr>
              <w:t>☐  obserwacja pedagogiczna</w:t>
            </w:r>
          </w:p>
          <w:p w14:paraId="6635BDD5" w14:textId="77777777" w:rsidR="00DD4CC1" w:rsidRDefault="00000000">
            <w:pPr>
              <w:spacing w:after="0"/>
            </w:pPr>
            <w:r>
              <w:rPr>
                <w:sz w:val="11"/>
              </w:rPr>
              <w:t>☐  dokumentacja pomocy psychologiczno-pedagogicznej</w:t>
            </w:r>
          </w:p>
          <w:p w14:paraId="36C089A4" w14:textId="77777777" w:rsidR="00DD4CC1" w:rsidRDefault="00000000">
            <w:pPr>
              <w:spacing w:after="0"/>
            </w:pPr>
            <w:r>
              <w:rPr>
                <w:sz w:val="11"/>
              </w:rPr>
              <w:t>☐  dokumentacja realizacji programu nauczania</w:t>
            </w:r>
          </w:p>
          <w:p w14:paraId="136D3CAF" w14:textId="77777777" w:rsidR="00DD4CC1" w:rsidRDefault="00000000">
            <w:pPr>
              <w:spacing w:after="0"/>
            </w:pPr>
            <w:r>
              <w:rPr>
                <w:sz w:val="11"/>
              </w:rPr>
              <w:t>☐  aktualna wielospecjalistyczna ocena poziomu funkcjonowania ucznia (dotyczy ucznia objętego kształceniem specjalnym)</w:t>
            </w:r>
          </w:p>
          <w:p w14:paraId="60BDD2D3" w14:textId="77777777" w:rsidR="00DD4CC1" w:rsidRDefault="00000000">
            <w:pPr>
              <w:spacing w:after="0"/>
            </w:pPr>
            <w:r>
              <w:rPr>
                <w:sz w:val="11"/>
              </w:rPr>
              <w:t>☐  aktualna okresowa ocena funkcjonowania ucznia (dotyczy ucznia objętego zajęciami rewalidacyjno-wychowawczymi)</w:t>
            </w:r>
          </w:p>
          <w:p w14:paraId="6D4DCCE7" w14:textId="77777777" w:rsidR="00DD4CC1" w:rsidRDefault="00000000">
            <w:pPr>
              <w:spacing w:after="0"/>
            </w:pPr>
            <w:r>
              <w:rPr>
                <w:sz w:val="11"/>
              </w:rPr>
              <w:t>☐  inne dokumenty, materiały lub narzędzia (jakie)?</w:t>
            </w:r>
          </w:p>
        </w:tc>
      </w:tr>
    </w:tbl>
    <w:p w14:paraId="02B6C6AF" w14:textId="77777777" w:rsidR="00DD4CC1" w:rsidRDefault="00DD4CC1">
      <w:pPr>
        <w:spacing w:after="0"/>
      </w:pPr>
    </w:p>
    <w:tbl>
      <w:tblPr>
        <w:tblW w:w="0" w:type="auto"/>
        <w:jc w:val="center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  <w:tblLayout w:type="fixed"/>
        <w:tblLook w:val="04A0" w:firstRow="1" w:lastRow="0" w:firstColumn="1" w:lastColumn="0" w:noHBand="0" w:noVBand="1"/>
      </w:tblPr>
      <w:tblGrid>
        <w:gridCol w:w="11103"/>
      </w:tblGrid>
      <w:tr w:rsidR="00DD4CC1" w14:paraId="0C6C23C0" w14:textId="77777777">
        <w:trPr>
          <w:jc w:val="center"/>
        </w:trPr>
        <w:tc>
          <w:tcPr>
            <w:tcW w:w="11103" w:type="dxa"/>
            <w:shd w:val="clear" w:color="auto" w:fill="D9EA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8F0E41E" w14:textId="77777777" w:rsidR="00DD4CC1" w:rsidRDefault="00000000">
            <w:pPr>
              <w:spacing w:after="0" w:line="216" w:lineRule="auto"/>
            </w:pPr>
            <w:r>
              <w:rPr>
                <w:b/>
                <w:color w:val="17365D"/>
                <w:sz w:val="16"/>
              </w:rPr>
              <w:t>VI. Ogólna charakterystyka funkcjonowania ucznia/uczennicy w szkole</w:t>
            </w:r>
          </w:p>
        </w:tc>
      </w:tr>
    </w:tbl>
    <w:p w14:paraId="2BA446DB" w14:textId="77777777" w:rsidR="00DD4CC1" w:rsidRDefault="00DD4CC1">
      <w:pPr>
        <w:spacing w:after="0"/>
      </w:pPr>
    </w:p>
    <w:tbl>
      <w:tblPr>
        <w:tblW w:w="0" w:type="auto"/>
        <w:jc w:val="center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  <w:tblLayout w:type="fixed"/>
        <w:tblLook w:val="04A0" w:firstRow="1" w:lastRow="0" w:firstColumn="1" w:lastColumn="0" w:noHBand="0" w:noVBand="1"/>
      </w:tblPr>
      <w:tblGrid>
        <w:gridCol w:w="11103"/>
      </w:tblGrid>
      <w:tr w:rsidR="00DD4CC1" w14:paraId="05B02766" w14:textId="77777777">
        <w:trPr>
          <w:jc w:val="center"/>
        </w:trPr>
        <w:tc>
          <w:tcPr>
            <w:tcW w:w="11103" w:type="dxa"/>
          </w:tcPr>
          <w:p w14:paraId="583F0BAF" w14:textId="77777777" w:rsidR="00DD4CC1" w:rsidRDefault="00000000">
            <w:pPr>
              <w:spacing w:after="0" w:line="216" w:lineRule="auto"/>
            </w:pPr>
            <w:r>
              <w:rPr>
                <w:color w:val="000000"/>
                <w:sz w:val="13"/>
              </w:rPr>
              <w:t>Opis powinien obejmować codzienne funkcjonowanie ucznia/uczennicy w szkole, sposób pracy podczas zajęć, relacje, samodzielność, reagowanie na wymagania i sytuacje trudne, ogólną aktywność i uczestnictwo, a także informacje o trudnościach, mocnych stronach oraz uzdolnieniach ucznia/uczennicy.</w:t>
            </w:r>
          </w:p>
        </w:tc>
      </w:tr>
      <w:tr w:rsidR="00DD4CC1" w14:paraId="36C5157D" w14:textId="77777777">
        <w:trPr>
          <w:jc w:val="center"/>
        </w:trPr>
        <w:tc>
          <w:tcPr>
            <w:tcW w:w="11103" w:type="dxa"/>
            <w:tcMar>
              <w:top w:w="45" w:type="dxa"/>
              <w:left w:w="50" w:type="dxa"/>
              <w:bottom w:w="45" w:type="dxa"/>
              <w:right w:w="50" w:type="dxa"/>
            </w:tcMar>
          </w:tcPr>
          <w:p w14:paraId="51E419F8" w14:textId="77777777" w:rsidR="00DD4CC1" w:rsidRDefault="00DD4CC1"/>
        </w:tc>
      </w:tr>
    </w:tbl>
    <w:p w14:paraId="41D62072" w14:textId="77777777" w:rsidR="00DD4CC1" w:rsidRDefault="00DD4CC1">
      <w:pPr>
        <w:spacing w:after="0"/>
      </w:pPr>
    </w:p>
    <w:tbl>
      <w:tblPr>
        <w:tblW w:w="0" w:type="auto"/>
        <w:jc w:val="center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  <w:tblLayout w:type="fixed"/>
        <w:tblLook w:val="04A0" w:firstRow="1" w:lastRow="0" w:firstColumn="1" w:lastColumn="0" w:noHBand="0" w:noVBand="1"/>
      </w:tblPr>
      <w:tblGrid>
        <w:gridCol w:w="11103"/>
      </w:tblGrid>
      <w:tr w:rsidR="00DD4CC1" w14:paraId="0CC806F2" w14:textId="77777777">
        <w:trPr>
          <w:jc w:val="center"/>
        </w:trPr>
        <w:tc>
          <w:tcPr>
            <w:tcW w:w="11103" w:type="dxa"/>
            <w:shd w:val="clear" w:color="auto" w:fill="D9EA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EA78C8E" w14:textId="77777777" w:rsidR="00DD4CC1" w:rsidRDefault="00000000">
            <w:pPr>
              <w:spacing w:after="0" w:line="216" w:lineRule="auto"/>
            </w:pPr>
            <w:r>
              <w:rPr>
                <w:b/>
                <w:color w:val="17365D"/>
                <w:sz w:val="16"/>
              </w:rPr>
              <w:t>VII. Aktywność i uczestniczenie ucznia w obszarach zgodnych z Międzynarodową Klasyfikacją Funkcjonowania, Niepełnosprawności i Zdrowia (ICF)</w:t>
            </w:r>
          </w:p>
        </w:tc>
      </w:tr>
    </w:tbl>
    <w:p w14:paraId="70BF1FD8" w14:textId="77777777" w:rsidR="00DD4CC1" w:rsidRDefault="00DD4CC1">
      <w:pPr>
        <w:spacing w:after="0"/>
      </w:pPr>
    </w:p>
    <w:tbl>
      <w:tblPr>
        <w:tblW w:w="0" w:type="auto"/>
        <w:jc w:val="center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  <w:tblLayout w:type="fixed"/>
        <w:tblLook w:val="04A0" w:firstRow="1" w:lastRow="0" w:firstColumn="1" w:lastColumn="0" w:noHBand="0" w:noVBand="1"/>
      </w:tblPr>
      <w:tblGrid>
        <w:gridCol w:w="2736"/>
        <w:gridCol w:w="2880"/>
        <w:gridCol w:w="2880"/>
        <w:gridCol w:w="2520"/>
      </w:tblGrid>
      <w:tr w:rsidR="00DD4CC1" w14:paraId="6C78F557" w14:textId="77777777">
        <w:trPr>
          <w:jc w:val="center"/>
        </w:trPr>
        <w:tc>
          <w:tcPr>
            <w:tcW w:w="2736" w:type="dxa"/>
            <w:shd w:val="clear" w:color="auto" w:fill="D9EAF7"/>
            <w:vAlign w:val="center"/>
          </w:tcPr>
          <w:p w14:paraId="6F358891" w14:textId="77777777" w:rsidR="00DD4CC1" w:rsidRDefault="00000000">
            <w:pPr>
              <w:spacing w:after="0" w:line="216" w:lineRule="auto"/>
              <w:jc w:val="center"/>
            </w:pPr>
            <w:r>
              <w:rPr>
                <w:b/>
                <w:color w:val="17365D"/>
                <w:sz w:val="13"/>
              </w:rPr>
              <w:t>Obszar</w:t>
            </w:r>
          </w:p>
        </w:tc>
        <w:tc>
          <w:tcPr>
            <w:tcW w:w="2880" w:type="dxa"/>
            <w:shd w:val="clear" w:color="auto" w:fill="D9EAF7"/>
            <w:vAlign w:val="center"/>
          </w:tcPr>
          <w:p w14:paraId="73C5207A" w14:textId="77777777" w:rsidR="00DD4CC1" w:rsidRDefault="00000000">
            <w:pPr>
              <w:spacing w:after="0" w:line="216" w:lineRule="auto"/>
              <w:jc w:val="center"/>
            </w:pPr>
            <w:r>
              <w:rPr>
                <w:b/>
                <w:color w:val="17365D"/>
                <w:sz w:val="13"/>
              </w:rPr>
              <w:t>Mocne strony i uzdolnienia</w:t>
            </w:r>
          </w:p>
        </w:tc>
        <w:tc>
          <w:tcPr>
            <w:tcW w:w="2880" w:type="dxa"/>
            <w:shd w:val="clear" w:color="auto" w:fill="D9EAF7"/>
            <w:vAlign w:val="center"/>
          </w:tcPr>
          <w:p w14:paraId="6C7BE79F" w14:textId="77777777" w:rsidR="00DD4CC1" w:rsidRDefault="00000000">
            <w:pPr>
              <w:spacing w:after="0" w:line="216" w:lineRule="auto"/>
              <w:jc w:val="center"/>
            </w:pPr>
            <w:r>
              <w:rPr>
                <w:b/>
                <w:color w:val="17365D"/>
                <w:sz w:val="13"/>
              </w:rPr>
              <w:t>Trudności i bariery</w:t>
            </w:r>
          </w:p>
        </w:tc>
        <w:tc>
          <w:tcPr>
            <w:tcW w:w="2520" w:type="dxa"/>
            <w:shd w:val="clear" w:color="auto" w:fill="D9EAF7"/>
            <w:vAlign w:val="center"/>
          </w:tcPr>
          <w:p w14:paraId="6871AFFA" w14:textId="77777777" w:rsidR="00DD4CC1" w:rsidRDefault="00000000">
            <w:pPr>
              <w:spacing w:after="0" w:line="216" w:lineRule="auto"/>
              <w:jc w:val="center"/>
            </w:pPr>
            <w:r>
              <w:rPr>
                <w:b/>
                <w:color w:val="17365D"/>
                <w:sz w:val="13"/>
              </w:rPr>
              <w:t>Dodatkowe informacje</w:t>
            </w:r>
          </w:p>
        </w:tc>
      </w:tr>
      <w:tr w:rsidR="00DD4CC1" w14:paraId="69798CAD" w14:textId="77777777">
        <w:trPr>
          <w:jc w:val="center"/>
        </w:trPr>
        <w:tc>
          <w:tcPr>
            <w:tcW w:w="2736" w:type="dxa"/>
          </w:tcPr>
          <w:p w14:paraId="7768FD8B" w14:textId="77777777" w:rsidR="00DD4CC1" w:rsidRDefault="00000000">
            <w:pPr>
              <w:spacing w:after="0" w:line="216" w:lineRule="auto"/>
            </w:pPr>
            <w:r>
              <w:rPr>
                <w:b/>
                <w:color w:val="17365D"/>
                <w:sz w:val="12"/>
              </w:rPr>
              <w:t>1.  Uczenie się i stosowanie wiedzy</w:t>
            </w:r>
          </w:p>
        </w:tc>
        <w:tc>
          <w:tcPr>
            <w:tcW w:w="2880" w:type="dxa"/>
          </w:tcPr>
          <w:p w14:paraId="11D3AFEA" w14:textId="77777777" w:rsidR="00DD4CC1" w:rsidRDefault="00DD4CC1">
            <w:pPr>
              <w:spacing w:after="0" w:line="216" w:lineRule="auto"/>
            </w:pPr>
          </w:p>
        </w:tc>
        <w:tc>
          <w:tcPr>
            <w:tcW w:w="2880" w:type="dxa"/>
          </w:tcPr>
          <w:p w14:paraId="01106593" w14:textId="77777777" w:rsidR="00DD4CC1" w:rsidRDefault="00DD4CC1">
            <w:pPr>
              <w:spacing w:after="0" w:line="216" w:lineRule="auto"/>
            </w:pPr>
          </w:p>
        </w:tc>
        <w:tc>
          <w:tcPr>
            <w:tcW w:w="2520" w:type="dxa"/>
          </w:tcPr>
          <w:p w14:paraId="6D156967" w14:textId="77777777" w:rsidR="00DD4CC1" w:rsidRDefault="00DD4CC1">
            <w:pPr>
              <w:spacing w:after="0" w:line="216" w:lineRule="auto"/>
            </w:pPr>
          </w:p>
        </w:tc>
      </w:tr>
      <w:tr w:rsidR="00DD4CC1" w14:paraId="14B8D61A" w14:textId="77777777">
        <w:trPr>
          <w:jc w:val="center"/>
        </w:trPr>
        <w:tc>
          <w:tcPr>
            <w:tcW w:w="2736" w:type="dxa"/>
          </w:tcPr>
          <w:p w14:paraId="7716C2C1" w14:textId="77777777" w:rsidR="00DD4CC1" w:rsidRDefault="00000000">
            <w:pPr>
              <w:spacing w:after="0" w:line="216" w:lineRule="auto"/>
            </w:pPr>
            <w:r>
              <w:rPr>
                <w:b/>
                <w:color w:val="17365D"/>
                <w:sz w:val="12"/>
              </w:rPr>
              <w:t>2.  Ogólne zadania i obowiązki</w:t>
            </w:r>
          </w:p>
        </w:tc>
        <w:tc>
          <w:tcPr>
            <w:tcW w:w="2880" w:type="dxa"/>
          </w:tcPr>
          <w:p w14:paraId="3F3A5442" w14:textId="77777777" w:rsidR="00DD4CC1" w:rsidRDefault="00DD4CC1">
            <w:pPr>
              <w:spacing w:after="0" w:line="216" w:lineRule="auto"/>
            </w:pPr>
          </w:p>
        </w:tc>
        <w:tc>
          <w:tcPr>
            <w:tcW w:w="2880" w:type="dxa"/>
          </w:tcPr>
          <w:p w14:paraId="3BBF426A" w14:textId="77777777" w:rsidR="00DD4CC1" w:rsidRDefault="00DD4CC1">
            <w:pPr>
              <w:spacing w:after="0" w:line="216" w:lineRule="auto"/>
            </w:pPr>
          </w:p>
        </w:tc>
        <w:tc>
          <w:tcPr>
            <w:tcW w:w="2520" w:type="dxa"/>
          </w:tcPr>
          <w:p w14:paraId="3363BF90" w14:textId="77777777" w:rsidR="00DD4CC1" w:rsidRDefault="00DD4CC1">
            <w:pPr>
              <w:spacing w:after="0" w:line="216" w:lineRule="auto"/>
            </w:pPr>
          </w:p>
        </w:tc>
      </w:tr>
      <w:tr w:rsidR="00DD4CC1" w14:paraId="7FED79EE" w14:textId="77777777">
        <w:trPr>
          <w:jc w:val="center"/>
        </w:trPr>
        <w:tc>
          <w:tcPr>
            <w:tcW w:w="2736" w:type="dxa"/>
          </w:tcPr>
          <w:p w14:paraId="11FA4E4F" w14:textId="77777777" w:rsidR="00DD4CC1" w:rsidRDefault="00000000">
            <w:pPr>
              <w:spacing w:after="0" w:line="216" w:lineRule="auto"/>
            </w:pPr>
            <w:r>
              <w:rPr>
                <w:b/>
                <w:color w:val="17365D"/>
                <w:sz w:val="12"/>
              </w:rPr>
              <w:t>3.  Porozumiewanie się</w:t>
            </w:r>
          </w:p>
        </w:tc>
        <w:tc>
          <w:tcPr>
            <w:tcW w:w="2880" w:type="dxa"/>
          </w:tcPr>
          <w:p w14:paraId="4A9ADC47" w14:textId="77777777" w:rsidR="00DD4CC1" w:rsidRDefault="00DD4CC1">
            <w:pPr>
              <w:spacing w:after="0" w:line="216" w:lineRule="auto"/>
            </w:pPr>
          </w:p>
        </w:tc>
        <w:tc>
          <w:tcPr>
            <w:tcW w:w="2880" w:type="dxa"/>
          </w:tcPr>
          <w:p w14:paraId="320176BF" w14:textId="77777777" w:rsidR="00DD4CC1" w:rsidRDefault="00DD4CC1">
            <w:pPr>
              <w:spacing w:after="0" w:line="216" w:lineRule="auto"/>
            </w:pPr>
          </w:p>
        </w:tc>
        <w:tc>
          <w:tcPr>
            <w:tcW w:w="2520" w:type="dxa"/>
          </w:tcPr>
          <w:p w14:paraId="7D3546E3" w14:textId="77777777" w:rsidR="00DD4CC1" w:rsidRDefault="00DD4CC1">
            <w:pPr>
              <w:spacing w:after="0" w:line="216" w:lineRule="auto"/>
            </w:pPr>
          </w:p>
        </w:tc>
      </w:tr>
      <w:tr w:rsidR="00DD4CC1" w14:paraId="79AA5B70" w14:textId="77777777">
        <w:trPr>
          <w:jc w:val="center"/>
        </w:trPr>
        <w:tc>
          <w:tcPr>
            <w:tcW w:w="2736" w:type="dxa"/>
          </w:tcPr>
          <w:p w14:paraId="546BAF3F" w14:textId="77777777" w:rsidR="00DD4CC1" w:rsidRDefault="00000000">
            <w:pPr>
              <w:spacing w:after="0" w:line="216" w:lineRule="auto"/>
            </w:pPr>
            <w:r>
              <w:rPr>
                <w:b/>
                <w:color w:val="17365D"/>
                <w:sz w:val="12"/>
              </w:rPr>
              <w:t>4.  Motoryka, poruszanie się,</w:t>
            </w:r>
            <w:r>
              <w:rPr>
                <w:b/>
                <w:color w:val="17365D"/>
                <w:sz w:val="12"/>
              </w:rPr>
              <w:br/>
              <w:t xml:space="preserve">    w tym mobilność i aktywność manualna</w:t>
            </w:r>
          </w:p>
        </w:tc>
        <w:tc>
          <w:tcPr>
            <w:tcW w:w="2880" w:type="dxa"/>
          </w:tcPr>
          <w:p w14:paraId="422EF39B" w14:textId="77777777" w:rsidR="00DD4CC1" w:rsidRDefault="00DD4CC1">
            <w:pPr>
              <w:spacing w:after="0" w:line="216" w:lineRule="auto"/>
            </w:pPr>
          </w:p>
        </w:tc>
        <w:tc>
          <w:tcPr>
            <w:tcW w:w="2880" w:type="dxa"/>
          </w:tcPr>
          <w:p w14:paraId="1E44547B" w14:textId="77777777" w:rsidR="00DD4CC1" w:rsidRDefault="00DD4CC1">
            <w:pPr>
              <w:spacing w:after="0" w:line="216" w:lineRule="auto"/>
            </w:pPr>
          </w:p>
        </w:tc>
        <w:tc>
          <w:tcPr>
            <w:tcW w:w="2520" w:type="dxa"/>
          </w:tcPr>
          <w:p w14:paraId="3E69BDFD" w14:textId="77777777" w:rsidR="00DD4CC1" w:rsidRDefault="00DD4CC1">
            <w:pPr>
              <w:spacing w:after="0" w:line="216" w:lineRule="auto"/>
            </w:pPr>
          </w:p>
        </w:tc>
      </w:tr>
      <w:tr w:rsidR="00DD4CC1" w14:paraId="01859393" w14:textId="77777777">
        <w:trPr>
          <w:jc w:val="center"/>
        </w:trPr>
        <w:tc>
          <w:tcPr>
            <w:tcW w:w="2736" w:type="dxa"/>
          </w:tcPr>
          <w:p w14:paraId="1782D14D" w14:textId="77777777" w:rsidR="00DD4CC1" w:rsidRDefault="00000000">
            <w:pPr>
              <w:spacing w:after="0" w:line="216" w:lineRule="auto"/>
            </w:pPr>
            <w:r>
              <w:rPr>
                <w:b/>
                <w:color w:val="17365D"/>
                <w:sz w:val="12"/>
              </w:rPr>
              <w:t>5.  Dbanie o siebie, samoobsługa</w:t>
            </w:r>
            <w:r>
              <w:rPr>
                <w:b/>
                <w:color w:val="17365D"/>
                <w:sz w:val="12"/>
              </w:rPr>
              <w:br/>
              <w:t xml:space="preserve">    i samodzielność</w:t>
            </w:r>
          </w:p>
        </w:tc>
        <w:tc>
          <w:tcPr>
            <w:tcW w:w="2880" w:type="dxa"/>
          </w:tcPr>
          <w:p w14:paraId="10A422F5" w14:textId="77777777" w:rsidR="00DD4CC1" w:rsidRDefault="00DD4CC1">
            <w:pPr>
              <w:spacing w:after="0" w:line="216" w:lineRule="auto"/>
            </w:pPr>
          </w:p>
        </w:tc>
        <w:tc>
          <w:tcPr>
            <w:tcW w:w="2880" w:type="dxa"/>
          </w:tcPr>
          <w:p w14:paraId="03DDDC63" w14:textId="77777777" w:rsidR="00DD4CC1" w:rsidRDefault="00DD4CC1">
            <w:pPr>
              <w:spacing w:after="0" w:line="216" w:lineRule="auto"/>
            </w:pPr>
          </w:p>
        </w:tc>
        <w:tc>
          <w:tcPr>
            <w:tcW w:w="2520" w:type="dxa"/>
          </w:tcPr>
          <w:p w14:paraId="715C6B19" w14:textId="77777777" w:rsidR="00DD4CC1" w:rsidRDefault="00DD4CC1">
            <w:pPr>
              <w:spacing w:after="0" w:line="216" w:lineRule="auto"/>
            </w:pPr>
          </w:p>
        </w:tc>
      </w:tr>
      <w:tr w:rsidR="00DD4CC1" w14:paraId="6A276E20" w14:textId="77777777">
        <w:trPr>
          <w:jc w:val="center"/>
        </w:trPr>
        <w:tc>
          <w:tcPr>
            <w:tcW w:w="2736" w:type="dxa"/>
          </w:tcPr>
          <w:p w14:paraId="7C7B1AAE" w14:textId="77777777" w:rsidR="00DD4CC1" w:rsidRDefault="00000000">
            <w:pPr>
              <w:spacing w:after="0" w:line="216" w:lineRule="auto"/>
            </w:pPr>
            <w:r>
              <w:rPr>
                <w:b/>
                <w:color w:val="17365D"/>
                <w:sz w:val="12"/>
              </w:rPr>
              <w:t>6.  Życie domowe</w:t>
            </w:r>
          </w:p>
        </w:tc>
        <w:tc>
          <w:tcPr>
            <w:tcW w:w="2880" w:type="dxa"/>
          </w:tcPr>
          <w:p w14:paraId="19BB92D4" w14:textId="77777777" w:rsidR="00DD4CC1" w:rsidRDefault="00DD4CC1">
            <w:pPr>
              <w:spacing w:after="0" w:line="216" w:lineRule="auto"/>
            </w:pPr>
          </w:p>
        </w:tc>
        <w:tc>
          <w:tcPr>
            <w:tcW w:w="2880" w:type="dxa"/>
          </w:tcPr>
          <w:p w14:paraId="4BFC9992" w14:textId="77777777" w:rsidR="00DD4CC1" w:rsidRDefault="00DD4CC1">
            <w:pPr>
              <w:spacing w:after="0" w:line="216" w:lineRule="auto"/>
            </w:pPr>
          </w:p>
        </w:tc>
        <w:tc>
          <w:tcPr>
            <w:tcW w:w="2520" w:type="dxa"/>
          </w:tcPr>
          <w:p w14:paraId="349C459D" w14:textId="77777777" w:rsidR="00DD4CC1" w:rsidRDefault="00DD4CC1">
            <w:pPr>
              <w:spacing w:after="0" w:line="216" w:lineRule="auto"/>
            </w:pPr>
          </w:p>
        </w:tc>
      </w:tr>
      <w:tr w:rsidR="00DD4CC1" w14:paraId="3DC7D022" w14:textId="77777777">
        <w:trPr>
          <w:jc w:val="center"/>
        </w:trPr>
        <w:tc>
          <w:tcPr>
            <w:tcW w:w="2736" w:type="dxa"/>
          </w:tcPr>
          <w:p w14:paraId="05B8B684" w14:textId="77777777" w:rsidR="00DD4CC1" w:rsidRDefault="00000000">
            <w:pPr>
              <w:spacing w:after="0" w:line="216" w:lineRule="auto"/>
            </w:pPr>
            <w:r>
              <w:rPr>
                <w:b/>
                <w:color w:val="17365D"/>
                <w:sz w:val="12"/>
              </w:rPr>
              <w:t>7.  Wzajemne kontakty i związki</w:t>
            </w:r>
            <w:r>
              <w:rPr>
                <w:b/>
                <w:color w:val="17365D"/>
                <w:sz w:val="12"/>
              </w:rPr>
              <w:br/>
              <w:t xml:space="preserve">    międzyludzkie, życie w społeczności</w:t>
            </w:r>
            <w:r>
              <w:rPr>
                <w:b/>
                <w:color w:val="17365D"/>
                <w:sz w:val="12"/>
              </w:rPr>
              <w:br/>
              <w:t xml:space="preserve">    szkolnej i lokalnej</w:t>
            </w:r>
          </w:p>
        </w:tc>
        <w:tc>
          <w:tcPr>
            <w:tcW w:w="2880" w:type="dxa"/>
          </w:tcPr>
          <w:p w14:paraId="1A3EA738" w14:textId="77777777" w:rsidR="00DD4CC1" w:rsidRDefault="00DD4CC1">
            <w:pPr>
              <w:spacing w:after="0" w:line="216" w:lineRule="auto"/>
            </w:pPr>
          </w:p>
        </w:tc>
        <w:tc>
          <w:tcPr>
            <w:tcW w:w="2880" w:type="dxa"/>
          </w:tcPr>
          <w:p w14:paraId="70A1CAD6" w14:textId="77777777" w:rsidR="00DD4CC1" w:rsidRDefault="00DD4CC1">
            <w:pPr>
              <w:spacing w:after="0" w:line="216" w:lineRule="auto"/>
            </w:pPr>
          </w:p>
        </w:tc>
        <w:tc>
          <w:tcPr>
            <w:tcW w:w="2520" w:type="dxa"/>
          </w:tcPr>
          <w:p w14:paraId="09EF5620" w14:textId="77777777" w:rsidR="00DD4CC1" w:rsidRDefault="00DD4CC1">
            <w:pPr>
              <w:spacing w:after="0" w:line="216" w:lineRule="auto"/>
            </w:pPr>
          </w:p>
        </w:tc>
      </w:tr>
    </w:tbl>
    <w:p w14:paraId="35887F45" w14:textId="77777777" w:rsidR="00DD4CC1" w:rsidRDefault="00DD4CC1">
      <w:pPr>
        <w:spacing w:after="0"/>
      </w:pPr>
    </w:p>
    <w:tbl>
      <w:tblPr>
        <w:tblW w:w="0" w:type="auto"/>
        <w:jc w:val="center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  <w:tblLayout w:type="fixed"/>
        <w:tblLook w:val="04A0" w:firstRow="1" w:lastRow="0" w:firstColumn="1" w:lastColumn="0" w:noHBand="0" w:noVBand="1"/>
      </w:tblPr>
      <w:tblGrid>
        <w:gridCol w:w="11103"/>
      </w:tblGrid>
      <w:tr w:rsidR="00DD4CC1" w14:paraId="70F5D09C" w14:textId="77777777">
        <w:trPr>
          <w:jc w:val="center"/>
        </w:trPr>
        <w:tc>
          <w:tcPr>
            <w:tcW w:w="11103" w:type="dxa"/>
            <w:shd w:val="clear" w:color="auto" w:fill="D9EA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0874884" w14:textId="77777777" w:rsidR="00DD4CC1" w:rsidRDefault="00000000">
            <w:pPr>
              <w:spacing w:after="0" w:line="216" w:lineRule="auto"/>
            </w:pPr>
            <w:r>
              <w:rPr>
                <w:b/>
                <w:color w:val="17365D"/>
                <w:sz w:val="16"/>
              </w:rPr>
              <w:t>VIII. Zakres i rodzaj trudności w realizacji programu nauczania</w:t>
            </w:r>
          </w:p>
        </w:tc>
      </w:tr>
    </w:tbl>
    <w:p w14:paraId="2150D6A7" w14:textId="77777777" w:rsidR="00DD4CC1" w:rsidRDefault="00DD4CC1">
      <w:pPr>
        <w:spacing w:after="0"/>
      </w:pPr>
    </w:p>
    <w:tbl>
      <w:tblPr>
        <w:tblW w:w="0" w:type="auto"/>
        <w:jc w:val="center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  <w:tblLayout w:type="fixed"/>
        <w:tblLook w:val="04A0" w:firstRow="1" w:lastRow="0" w:firstColumn="1" w:lastColumn="0" w:noHBand="0" w:noVBand="1"/>
      </w:tblPr>
      <w:tblGrid>
        <w:gridCol w:w="3816"/>
        <w:gridCol w:w="3816"/>
        <w:gridCol w:w="3384"/>
      </w:tblGrid>
      <w:tr w:rsidR="00DD4CC1" w14:paraId="63B8F2A0" w14:textId="77777777">
        <w:trPr>
          <w:jc w:val="center"/>
        </w:trPr>
        <w:tc>
          <w:tcPr>
            <w:tcW w:w="3816" w:type="dxa"/>
          </w:tcPr>
          <w:p w14:paraId="35478063" w14:textId="77777777" w:rsidR="00DD4CC1" w:rsidRDefault="00000000">
            <w:pPr>
              <w:spacing w:after="0" w:line="216" w:lineRule="auto"/>
            </w:pPr>
            <w:r>
              <w:rPr>
                <w:color w:val="000000"/>
                <w:sz w:val="12"/>
              </w:rPr>
              <w:t>☐  brak trudności</w:t>
            </w:r>
          </w:p>
        </w:tc>
        <w:tc>
          <w:tcPr>
            <w:tcW w:w="3816" w:type="dxa"/>
          </w:tcPr>
          <w:p w14:paraId="131526E4" w14:textId="77777777" w:rsidR="00DD4CC1" w:rsidRDefault="00000000">
            <w:pPr>
              <w:spacing w:after="0" w:line="216" w:lineRule="auto"/>
            </w:pPr>
            <w:r>
              <w:rPr>
                <w:color w:val="000000"/>
                <w:sz w:val="12"/>
              </w:rPr>
              <w:t>☐  społeczne</w:t>
            </w:r>
          </w:p>
        </w:tc>
        <w:tc>
          <w:tcPr>
            <w:tcW w:w="3384" w:type="dxa"/>
          </w:tcPr>
          <w:p w14:paraId="2D81B2E6" w14:textId="77777777" w:rsidR="00DD4CC1" w:rsidRDefault="00000000">
            <w:pPr>
              <w:spacing w:after="0" w:line="216" w:lineRule="auto"/>
            </w:pPr>
            <w:r>
              <w:rPr>
                <w:color w:val="000000"/>
                <w:sz w:val="12"/>
              </w:rPr>
              <w:t>☐  w zakresie aktywności ruchowej, poruszania się,</w:t>
            </w:r>
            <w:r>
              <w:rPr>
                <w:color w:val="000000"/>
                <w:sz w:val="12"/>
              </w:rPr>
              <w:br/>
              <w:t xml:space="preserve">    w tym mobilności i aktywności manualnej</w:t>
            </w:r>
          </w:p>
        </w:tc>
      </w:tr>
      <w:tr w:rsidR="00DD4CC1" w14:paraId="071CC0FC" w14:textId="77777777">
        <w:trPr>
          <w:jc w:val="center"/>
        </w:trPr>
        <w:tc>
          <w:tcPr>
            <w:tcW w:w="3816" w:type="dxa"/>
          </w:tcPr>
          <w:p w14:paraId="4940D27E" w14:textId="77777777" w:rsidR="00DD4CC1" w:rsidRDefault="00000000">
            <w:pPr>
              <w:spacing w:after="0" w:line="216" w:lineRule="auto"/>
            </w:pPr>
            <w:r>
              <w:rPr>
                <w:color w:val="000000"/>
                <w:sz w:val="12"/>
              </w:rPr>
              <w:t>☐  poznawcze, w tym związane z koncentracją uwagi</w:t>
            </w:r>
          </w:p>
        </w:tc>
        <w:tc>
          <w:tcPr>
            <w:tcW w:w="3816" w:type="dxa"/>
          </w:tcPr>
          <w:p w14:paraId="56D81AF7" w14:textId="77777777" w:rsidR="00DD4CC1" w:rsidRDefault="00000000">
            <w:pPr>
              <w:spacing w:after="0" w:line="216" w:lineRule="auto"/>
            </w:pPr>
            <w:r>
              <w:rPr>
                <w:color w:val="000000"/>
                <w:sz w:val="12"/>
              </w:rPr>
              <w:t>☐  komunikacyjne</w:t>
            </w:r>
          </w:p>
        </w:tc>
        <w:tc>
          <w:tcPr>
            <w:tcW w:w="3384" w:type="dxa"/>
          </w:tcPr>
          <w:p w14:paraId="3B8F64DA" w14:textId="77777777" w:rsidR="00DD4CC1" w:rsidRDefault="00000000">
            <w:pPr>
              <w:spacing w:after="0" w:line="216" w:lineRule="auto"/>
            </w:pPr>
            <w:r>
              <w:rPr>
                <w:color w:val="000000"/>
                <w:sz w:val="12"/>
              </w:rPr>
              <w:t>☐  inne (jakie)? __________________________</w:t>
            </w:r>
          </w:p>
        </w:tc>
      </w:tr>
      <w:tr w:rsidR="00DD4CC1" w14:paraId="38261099" w14:textId="77777777">
        <w:trPr>
          <w:jc w:val="center"/>
        </w:trPr>
        <w:tc>
          <w:tcPr>
            <w:tcW w:w="3816" w:type="dxa"/>
          </w:tcPr>
          <w:p w14:paraId="75244974" w14:textId="77777777" w:rsidR="00DD4CC1" w:rsidRDefault="00000000">
            <w:pPr>
              <w:spacing w:after="0" w:line="216" w:lineRule="auto"/>
            </w:pPr>
            <w:r>
              <w:rPr>
                <w:color w:val="000000"/>
                <w:sz w:val="12"/>
              </w:rPr>
              <w:t>☐  emocjonalne</w:t>
            </w:r>
          </w:p>
        </w:tc>
        <w:tc>
          <w:tcPr>
            <w:tcW w:w="3816" w:type="dxa"/>
          </w:tcPr>
          <w:p w14:paraId="0C22D30A" w14:textId="77777777" w:rsidR="00DD4CC1" w:rsidRDefault="00000000">
            <w:pPr>
              <w:spacing w:after="0" w:line="216" w:lineRule="auto"/>
            </w:pPr>
            <w:r>
              <w:rPr>
                <w:color w:val="000000"/>
                <w:sz w:val="12"/>
              </w:rPr>
              <w:t>☐  w zakresie samodzielności i samoobsługi</w:t>
            </w:r>
          </w:p>
        </w:tc>
        <w:tc>
          <w:tcPr>
            <w:tcW w:w="3384" w:type="dxa"/>
          </w:tcPr>
          <w:p w14:paraId="2F06EFB0" w14:textId="77777777" w:rsidR="00DD4CC1" w:rsidRDefault="00DD4CC1">
            <w:pPr>
              <w:spacing w:after="0" w:line="216" w:lineRule="auto"/>
            </w:pPr>
          </w:p>
        </w:tc>
      </w:tr>
    </w:tbl>
    <w:p w14:paraId="2757995F" w14:textId="77777777" w:rsidR="00DD4CC1" w:rsidRDefault="00DD4CC1">
      <w:pPr>
        <w:spacing w:after="0"/>
      </w:pPr>
    </w:p>
    <w:tbl>
      <w:tblPr>
        <w:tblW w:w="0" w:type="auto"/>
        <w:jc w:val="center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  <w:tblLayout w:type="fixed"/>
        <w:tblLook w:val="04A0" w:firstRow="1" w:lastRow="0" w:firstColumn="1" w:lastColumn="0" w:noHBand="0" w:noVBand="1"/>
      </w:tblPr>
      <w:tblGrid>
        <w:gridCol w:w="11103"/>
      </w:tblGrid>
      <w:tr w:rsidR="00DD4CC1" w14:paraId="2D1FEDD4" w14:textId="77777777">
        <w:trPr>
          <w:jc w:val="center"/>
        </w:trPr>
        <w:tc>
          <w:tcPr>
            <w:tcW w:w="11103" w:type="dxa"/>
            <w:shd w:val="clear" w:color="auto" w:fill="D9EA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6A3988B" w14:textId="77777777" w:rsidR="00DD4CC1" w:rsidRDefault="00000000">
            <w:pPr>
              <w:spacing w:after="0" w:line="216" w:lineRule="auto"/>
            </w:pPr>
            <w:r>
              <w:rPr>
                <w:b/>
                <w:color w:val="17365D"/>
                <w:sz w:val="16"/>
              </w:rPr>
              <w:t>Opis wpływu trudności na funkcjonowanie ucznia:</w:t>
            </w:r>
          </w:p>
        </w:tc>
      </w:tr>
    </w:tbl>
    <w:p w14:paraId="3CF3B5FB" w14:textId="77777777" w:rsidR="00DD4CC1" w:rsidRDefault="00DD4CC1">
      <w:pPr>
        <w:spacing w:after="0"/>
      </w:pPr>
    </w:p>
    <w:tbl>
      <w:tblPr>
        <w:tblW w:w="0" w:type="auto"/>
        <w:jc w:val="center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  <w:tblLayout w:type="fixed"/>
        <w:tblLook w:val="04A0" w:firstRow="1" w:lastRow="0" w:firstColumn="1" w:lastColumn="0" w:noHBand="0" w:noVBand="1"/>
      </w:tblPr>
      <w:tblGrid>
        <w:gridCol w:w="11103"/>
      </w:tblGrid>
      <w:tr w:rsidR="00DD4CC1" w14:paraId="4E713F8E" w14:textId="77777777">
        <w:trPr>
          <w:jc w:val="center"/>
        </w:trPr>
        <w:tc>
          <w:tcPr>
            <w:tcW w:w="1110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C994176" w14:textId="77777777" w:rsidR="00DD4CC1" w:rsidRDefault="00DD4CC1"/>
        </w:tc>
      </w:tr>
    </w:tbl>
    <w:p w14:paraId="69A015CE" w14:textId="77777777" w:rsidR="00DD4CC1" w:rsidRDefault="00DD4CC1">
      <w:pPr>
        <w:spacing w:after="0"/>
      </w:pPr>
    </w:p>
    <w:tbl>
      <w:tblPr>
        <w:tblW w:w="0" w:type="auto"/>
        <w:jc w:val="center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  <w:tblLayout w:type="fixed"/>
        <w:tblLook w:val="04A0" w:firstRow="1" w:lastRow="0" w:firstColumn="1" w:lastColumn="0" w:noHBand="0" w:noVBand="1"/>
      </w:tblPr>
      <w:tblGrid>
        <w:gridCol w:w="11103"/>
      </w:tblGrid>
      <w:tr w:rsidR="00DD4CC1" w14:paraId="45DF7617" w14:textId="77777777">
        <w:trPr>
          <w:jc w:val="center"/>
        </w:trPr>
        <w:tc>
          <w:tcPr>
            <w:tcW w:w="11103" w:type="dxa"/>
            <w:shd w:val="clear" w:color="auto" w:fill="D9EA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D717D44" w14:textId="77777777" w:rsidR="00DD4CC1" w:rsidRDefault="00000000">
            <w:pPr>
              <w:spacing w:after="0" w:line="216" w:lineRule="auto"/>
            </w:pPr>
            <w:r>
              <w:rPr>
                <w:b/>
                <w:color w:val="17365D"/>
                <w:sz w:val="16"/>
              </w:rPr>
              <w:t>IX. Dotychczasowe wsparcie udzielane przez osoby zaznaczone w pkt V</w:t>
            </w:r>
          </w:p>
        </w:tc>
      </w:tr>
    </w:tbl>
    <w:p w14:paraId="28C228C6" w14:textId="77777777" w:rsidR="00DD4CC1" w:rsidRDefault="00DD4CC1">
      <w:pPr>
        <w:spacing w:after="0"/>
      </w:pPr>
    </w:p>
    <w:tbl>
      <w:tblPr>
        <w:tblW w:w="0" w:type="auto"/>
        <w:jc w:val="center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  <w:tblLayout w:type="fixed"/>
        <w:tblLook w:val="04A0" w:firstRow="1" w:lastRow="0" w:firstColumn="1" w:lastColumn="0" w:noHBand="0" w:noVBand="1"/>
      </w:tblPr>
      <w:tblGrid>
        <w:gridCol w:w="11103"/>
      </w:tblGrid>
      <w:tr w:rsidR="00DD4CC1" w14:paraId="7582BC35" w14:textId="77777777">
        <w:trPr>
          <w:trHeight w:val="503"/>
          <w:jc w:val="center"/>
        </w:trPr>
        <w:tc>
          <w:tcPr>
            <w:tcW w:w="11103" w:type="dxa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3BA2F44B" w14:textId="77777777" w:rsidR="00DD4CC1" w:rsidRDefault="00DD4CC1"/>
        </w:tc>
      </w:tr>
    </w:tbl>
    <w:p w14:paraId="337B2ABA" w14:textId="77777777" w:rsidR="00DD4CC1" w:rsidRDefault="00DD4CC1">
      <w:pPr>
        <w:spacing w:after="0"/>
      </w:pPr>
    </w:p>
    <w:tbl>
      <w:tblPr>
        <w:tblW w:w="0" w:type="auto"/>
        <w:jc w:val="center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  <w:tblLayout w:type="fixed"/>
        <w:tblLook w:val="04A0" w:firstRow="1" w:lastRow="0" w:firstColumn="1" w:lastColumn="0" w:noHBand="0" w:noVBand="1"/>
      </w:tblPr>
      <w:tblGrid>
        <w:gridCol w:w="11103"/>
      </w:tblGrid>
      <w:tr w:rsidR="00DD4CC1" w14:paraId="3081A5F1" w14:textId="77777777">
        <w:trPr>
          <w:jc w:val="center"/>
        </w:trPr>
        <w:tc>
          <w:tcPr>
            <w:tcW w:w="11103" w:type="dxa"/>
            <w:shd w:val="clear" w:color="auto" w:fill="D9EA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722E396" w14:textId="77777777" w:rsidR="00DD4CC1" w:rsidRDefault="00000000">
            <w:pPr>
              <w:spacing w:after="0" w:line="216" w:lineRule="auto"/>
            </w:pPr>
            <w:r>
              <w:rPr>
                <w:b/>
                <w:color w:val="17365D"/>
                <w:sz w:val="16"/>
              </w:rPr>
              <w:t>X. Wnioski dotyczące dalszej pracy z uczniem mające na celu poprawę funkcjonowania</w:t>
            </w:r>
          </w:p>
        </w:tc>
      </w:tr>
    </w:tbl>
    <w:p w14:paraId="78C7EE15" w14:textId="77777777" w:rsidR="00DD4CC1" w:rsidRDefault="00DD4CC1">
      <w:pPr>
        <w:spacing w:after="0"/>
      </w:pPr>
    </w:p>
    <w:tbl>
      <w:tblPr>
        <w:tblW w:w="0" w:type="auto"/>
        <w:jc w:val="center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  <w:tblLayout w:type="fixed"/>
        <w:tblLook w:val="04A0" w:firstRow="1" w:lastRow="0" w:firstColumn="1" w:lastColumn="0" w:noHBand="0" w:noVBand="1"/>
      </w:tblPr>
      <w:tblGrid>
        <w:gridCol w:w="11103"/>
      </w:tblGrid>
      <w:tr w:rsidR="00DD4CC1" w14:paraId="54DF473B" w14:textId="77777777">
        <w:trPr>
          <w:trHeight w:val="503"/>
          <w:jc w:val="center"/>
        </w:trPr>
        <w:tc>
          <w:tcPr>
            <w:tcW w:w="11103" w:type="dxa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29058C2C" w14:textId="77777777" w:rsidR="00DD4CC1" w:rsidRDefault="00DD4CC1"/>
        </w:tc>
      </w:tr>
    </w:tbl>
    <w:p w14:paraId="14BC74B5" w14:textId="77777777" w:rsidR="00DD4CC1" w:rsidRDefault="00DD4CC1">
      <w:pPr>
        <w:spacing w:after="0"/>
      </w:pPr>
    </w:p>
    <w:tbl>
      <w:tblPr>
        <w:tblW w:w="0" w:type="auto"/>
        <w:jc w:val="center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  <w:tblLayout w:type="fixed"/>
        <w:tblLook w:val="04A0" w:firstRow="1" w:lastRow="0" w:firstColumn="1" w:lastColumn="0" w:noHBand="0" w:noVBand="1"/>
      </w:tblPr>
      <w:tblGrid>
        <w:gridCol w:w="11103"/>
      </w:tblGrid>
      <w:tr w:rsidR="00DD4CC1" w14:paraId="5A0406E0" w14:textId="77777777">
        <w:trPr>
          <w:jc w:val="center"/>
        </w:trPr>
        <w:tc>
          <w:tcPr>
            <w:tcW w:w="11103" w:type="dxa"/>
            <w:shd w:val="clear" w:color="auto" w:fill="D9EA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CD6082A" w14:textId="77777777" w:rsidR="00DD4CC1" w:rsidRDefault="00000000">
            <w:pPr>
              <w:spacing w:after="0" w:line="216" w:lineRule="auto"/>
            </w:pPr>
            <w:r>
              <w:rPr>
                <w:b/>
                <w:color w:val="17365D"/>
                <w:sz w:val="16"/>
              </w:rPr>
              <w:t>XI. Informacje dodatkowe</w:t>
            </w:r>
          </w:p>
        </w:tc>
      </w:tr>
    </w:tbl>
    <w:p w14:paraId="6788B47C" w14:textId="77777777" w:rsidR="00DD4CC1" w:rsidRDefault="00DD4CC1">
      <w:pPr>
        <w:spacing w:after="0"/>
      </w:pPr>
    </w:p>
    <w:tbl>
      <w:tblPr>
        <w:tblW w:w="0" w:type="auto"/>
        <w:jc w:val="center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  <w:tblLayout w:type="fixed"/>
        <w:tblLook w:val="04A0" w:firstRow="1" w:lastRow="0" w:firstColumn="1" w:lastColumn="0" w:noHBand="0" w:noVBand="1"/>
      </w:tblPr>
      <w:tblGrid>
        <w:gridCol w:w="11103"/>
      </w:tblGrid>
      <w:tr w:rsidR="00DD4CC1" w14:paraId="285A0443" w14:textId="77777777">
        <w:trPr>
          <w:trHeight w:val="503"/>
          <w:jc w:val="center"/>
        </w:trPr>
        <w:tc>
          <w:tcPr>
            <w:tcW w:w="11103" w:type="dxa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280F595" w14:textId="77777777" w:rsidR="00DD4CC1" w:rsidRDefault="00DD4CC1"/>
        </w:tc>
      </w:tr>
    </w:tbl>
    <w:p w14:paraId="20623B7C" w14:textId="77777777" w:rsidR="00DD4CC1" w:rsidRDefault="00DD4CC1">
      <w:pPr>
        <w:spacing w:after="0"/>
      </w:pPr>
    </w:p>
    <w:tbl>
      <w:tblPr>
        <w:tblW w:w="0" w:type="auto"/>
        <w:jc w:val="center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  <w:tblLayout w:type="fixed"/>
        <w:tblLook w:val="04A0" w:firstRow="1" w:lastRow="0" w:firstColumn="1" w:lastColumn="0" w:noHBand="0" w:noVBand="1"/>
      </w:tblPr>
      <w:tblGrid>
        <w:gridCol w:w="4608"/>
        <w:gridCol w:w="6408"/>
      </w:tblGrid>
      <w:tr w:rsidR="00DD4CC1" w14:paraId="722BE358" w14:textId="77777777">
        <w:trPr>
          <w:jc w:val="center"/>
        </w:trPr>
        <w:tc>
          <w:tcPr>
            <w:tcW w:w="4608" w:type="dxa"/>
            <w:shd w:val="clear" w:color="auto" w:fill="D9EAF7"/>
            <w:vAlign w:val="center"/>
          </w:tcPr>
          <w:p w14:paraId="7390D6EA" w14:textId="3F878329" w:rsidR="00DD4CC1" w:rsidRDefault="00000000">
            <w:pPr>
              <w:spacing w:after="0" w:line="216" w:lineRule="auto"/>
            </w:pPr>
            <w:r>
              <w:rPr>
                <w:b/>
                <w:color w:val="17365D"/>
                <w:sz w:val="16"/>
              </w:rPr>
              <w:t>XII. Podpisy</w:t>
            </w:r>
          </w:p>
        </w:tc>
        <w:tc>
          <w:tcPr>
            <w:tcW w:w="6408" w:type="dxa"/>
            <w:shd w:val="clear" w:color="auto" w:fill="D9EAF7"/>
            <w:vAlign w:val="center"/>
          </w:tcPr>
          <w:p w14:paraId="1691CB2B" w14:textId="66FEE5F8" w:rsidR="00DD4CC1" w:rsidRDefault="00000000">
            <w:pPr>
              <w:spacing w:after="0" w:line="216" w:lineRule="auto"/>
            </w:pPr>
            <w:r>
              <w:rPr>
                <w:b/>
                <w:color w:val="17365D"/>
                <w:sz w:val="16"/>
              </w:rPr>
              <w:t>XI</w:t>
            </w:r>
            <w:r w:rsidR="004D37BF">
              <w:rPr>
                <w:b/>
                <w:color w:val="17365D"/>
                <w:sz w:val="16"/>
              </w:rPr>
              <w:t>II</w:t>
            </w:r>
            <w:r>
              <w:rPr>
                <w:b/>
                <w:color w:val="17365D"/>
                <w:sz w:val="16"/>
              </w:rPr>
              <w:t>. Sporządzone przez</w:t>
            </w:r>
          </w:p>
        </w:tc>
      </w:tr>
      <w:tr w:rsidR="00DD4CC1" w14:paraId="66DC160F" w14:textId="77777777">
        <w:trPr>
          <w:jc w:val="center"/>
        </w:trPr>
        <w:tc>
          <w:tcPr>
            <w:tcW w:w="4608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8BDA60D" w14:textId="77777777" w:rsidR="00DD4CC1" w:rsidRDefault="00000000">
            <w:pPr>
              <w:spacing w:after="0" w:line="216" w:lineRule="auto"/>
            </w:pPr>
            <w:r>
              <w:rPr>
                <w:color w:val="000000"/>
                <w:sz w:val="13"/>
              </w:rPr>
              <w:t>Dyrektor szkoły        ______________________________</w:t>
            </w:r>
          </w:p>
        </w:tc>
        <w:tc>
          <w:tcPr>
            <w:tcW w:w="6408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E97F699" w14:textId="77777777" w:rsidR="00DD4CC1" w:rsidRDefault="00000000">
            <w:pPr>
              <w:spacing w:after="0" w:line="216" w:lineRule="auto"/>
            </w:pPr>
            <w:r>
              <w:rPr>
                <w:color w:val="000000"/>
                <w:sz w:val="13"/>
              </w:rPr>
              <w:t>Imię i nazwisko   ____________________    Podpis   ____________________</w:t>
            </w:r>
          </w:p>
        </w:tc>
      </w:tr>
    </w:tbl>
    <w:p w14:paraId="24472C6C" w14:textId="77777777" w:rsidR="008720D2" w:rsidRDefault="008720D2"/>
    <w:sectPr w:rsidR="008720D2" w:rsidSect="00034616">
      <w:pgSz w:w="11909" w:h="16834"/>
      <w:pgMar w:top="403" w:right="403" w:bottom="403" w:left="4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8266241">
    <w:abstractNumId w:val="8"/>
  </w:num>
  <w:num w:numId="2" w16cid:durableId="1437864512">
    <w:abstractNumId w:val="6"/>
  </w:num>
  <w:num w:numId="3" w16cid:durableId="209147183">
    <w:abstractNumId w:val="5"/>
  </w:num>
  <w:num w:numId="4" w16cid:durableId="502621451">
    <w:abstractNumId w:val="4"/>
  </w:num>
  <w:num w:numId="5" w16cid:durableId="1825975905">
    <w:abstractNumId w:val="7"/>
  </w:num>
  <w:num w:numId="6" w16cid:durableId="2033024686">
    <w:abstractNumId w:val="3"/>
  </w:num>
  <w:num w:numId="7" w16cid:durableId="996572086">
    <w:abstractNumId w:val="2"/>
  </w:num>
  <w:num w:numId="8" w16cid:durableId="1778406141">
    <w:abstractNumId w:val="1"/>
  </w:num>
  <w:num w:numId="9" w16cid:durableId="1150632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37BF"/>
    <w:rsid w:val="008720D2"/>
    <w:rsid w:val="008F02F2"/>
    <w:rsid w:val="00AA1D8D"/>
    <w:rsid w:val="00B47730"/>
    <w:rsid w:val="00CB0664"/>
    <w:rsid w:val="00DD4C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D0D939"/>
  <w14:defaultImageDpi w14:val="300"/>
  <w15:docId w15:val="{71EA4DFB-C0D7-4B27-B045-6A5D178FD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Beatka G-r</cp:lastModifiedBy>
  <cp:revision>2</cp:revision>
  <dcterms:created xsi:type="dcterms:W3CDTF">2013-12-23T23:15:00Z</dcterms:created>
  <dcterms:modified xsi:type="dcterms:W3CDTF">2026-09-22T15:47:00Z</dcterms:modified>
  <cp:category/>
</cp:coreProperties>
</file>